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משחק יוצא דופן לפי כלל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לקטגוריות ופירוק מילים מבולבלות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ניסוח קצר שמסביר למה מילה היא יוצאת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כתוב שאפשר לשתף בקישור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הראשונה היא דווקא יוצאת הדופן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לשם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משחק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(למצוא מילה שונה מבין ארבע)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(לסדר אותיות שהתבלבלו)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(לחלק מילים לקבוצות)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(המשחק נשאר אצלך גם בלי חיבור)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לבניית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סוג המשחק הרצוי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להדביק או לכתוב את המילים לפי הכלל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שחקו עכשיו כדי לבדוק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מילים מאותה קטגוריה כללית ומילה אחת שונה בבירור, עם הסבר קצר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אותיות אותה מילה בסדר שונה, ופתרון נכון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 מילים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מבולבלות - מסדרים אותיות של מילה אחת; מיון - מחלקים מילים רבות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נשמר במכשיר, ואפשר גם לשתף בקישור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לבנות בזוגות שורת יוצא דופן אחת ולהחליף עם זוג אחר לבדיקה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משחק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הפתוחה אפשר לבחור נושא מהלימודים הנוכחי כדי לחבר לתוכן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משחק מטקסט - יוצא דופן, מילים מבולבלות ומיון לקטגוריות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אפשר להדביק טקסט ומילים ולבנות שלושה סוגי משחקים: יוצא דופן, מילים מבולבלות ומיון לקטגוריות. בדף הזה נתרגל את העקרונות שמאחורי המשחקים לפני שבונים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ארבע  ·  לשתף  ·  מבולבלות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סוגי משחקים אפשר לבנות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נשמרים המשחקים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יוצא דופן, כמה מילים כותבים בכל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לשתף משחק שבנינו בעזרת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הראשונה בשורה היא תמיד המילה הרגילה, לא היוצאת דופן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להוסיף שם למשחק שבונים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יוצא דופן יש בכל שורה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המשחק שבו מערבבים אותיות נקרא מילים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בניית המשחק אפשר לשמור אותו או __________ בקישור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משחק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יוצא דופן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לסדר אותיות שהתבלבלו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מילים מבולבלות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למצוא מילה שונה מבין ארבע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מיון לקטגוריות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המשחק נשאר אצלך גם בלי חיבור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שמירה במכשיר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לחלק מילים לקבוצות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לבניית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לתת שם למשחק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להדביק או לכתוב את המילים לפי הכלל של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שחקו עכשיו כדי לבדוק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סוג המשחק הרצוי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שורה למשחק יוצא דופן בנושא חיות: ארבע מילים ואחרי | הסבר למה אחת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קחו מילה אחת וכתבו אותה מבולבלת (אותיות בסדר אחר), ואז כתבו את הפתרון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מילים יש בכל שורה במשחק יוצא דופן?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מילים מבולבלות למיון לקטגוריות?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משחק מטקסט - יוצא דופן, מילים מבולבלות ומיון לקטגוריות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