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משחק מטקסט - יוצא דופן, מילים מבולבלות ומיון לקטגוריות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משחק יוצא דופן לפי כלל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לקטגוריות ופירוק מילים מבולבלות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ניסוח קצר שמסביר למה מילה היא יוצאת דופן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לוויתן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שאפשר לשתף בקישור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הראשונה היא דווקא יוצאת הדופן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שדה לשם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כתוב שהוא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של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מבולבלות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|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משחק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(למצוא מילה שונה מבין ארבע)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(לסדר אותיות שהתבלבלו)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(לחלק מילים לקבוצות)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(המשחק נשאר אצלך גם בלי חיבור)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(דרך לשלוח את המשחק לחברים)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לבניית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את סוג המשחק הרצוי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לתת שם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להדביק או לכתוב את המילים לפי הכלל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שחקו עכשיו כדי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לשמור במכשיר או לשתף בקישור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 מילים מאותה קטגוריה כללית ומילה אחת שונה בבירור, עם הסבר קצר והגיוני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חמש מילים שבאמת שייכות לאותה קטגוריה שבחרו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אותיות אותה מילה בסדר שונה, ופתרון נכון בהמשך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 מילים בכל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מבולבלות - מסדרים אותיות של מילה אחת; מיון - מחלקים מילים רבות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נשמר במכשיר, ואפשר גם לשתף בקישור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לבנות בזוגות שורת יוצא דופן אחת ולהחליף עם זוג אחר לבדיקה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אחת מכל סוג משחק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הפתוחה אפשר לבחור נושא מהלימודים הנוכחי כדי לחבר לתוכן הנלמד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משחק מטקסט - יוצא דופן, מילים מבולבלות ומיון לקטגוריות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אתר שבונה משחקים ממילים. יש שלושה סוגי משחקים. בדף הזה נתרגל איך בונים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יוצא דופן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שונה מהשאר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מבולבלות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של מילה שסודרו בסדר לא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מיון לקטגוריות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מילים לקבוצות לפי משהו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דברים עם תכונה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מילה שייכת או לא שייכת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לשלוח משחק לחבר דרך כתובת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שמירה במכשיר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נשמר במחשב או בטלפון שלך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משחקים אפשר לבנות?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שומרים את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מילים יש בכל שורה?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אחרי הקו האנכי?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שם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לוויתן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משחק שבנינו בעזרת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הראשונה בשורה היא תמיד המילה הרגילה, לא היוצאת דופן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שם למשחק שבונים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פתיחה הוא חובה בכל 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במילים מבולבלות האותיות מסודרות בסדר לא נכון בכוונה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יוצא דופן יש בכל שורה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המשחק שבו מערבבים אותיות נקרא מילים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בניית המשחק אפשר לשמור אותו או __________ בקישור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הסימן שמפריד בין המילים לבין ההסבר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מיון מחלקים מילים לפי __________ משותפת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משחק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יוצא דופן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המשחק נשאר אצלך גם בלי חיבור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מילים מבולבלות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לשלוח את המשחק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מיון לקטגוריות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למצוא מילה שונה מבין ארבע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שמירה במכשיר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לחלק מילים לקבוצות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קישור לשיתוף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לסדר אותיות שהתבלבלו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לבניית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במכשיר או לשתף בקישור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שחקו עכשיו כדי לבדוק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סוג המשחק הרצוי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שם למשחק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להדביק או לכתוב את המילים לפי הכלל של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שורה למשחק יוצא דופן בנושא חיות: ארבע מילים ואחרי | הסבר למה אחת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קטגוריה (למשל פירות, ספורט) וכתבו חמש מילים ששייכות אליה למשחק מיון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קחו מילה אחת וכתבו אותה מבולבלת (אותיות בסדר אחר), ואז כתבו את הפתרון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מילים יש בכל שורה במשחק יוצא דופן?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מבולבלות למיון לקטגוריות?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נשמר משחק שבנינו?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משחק מטקסט - יוצא דופן, מילים מבולבלות ומיון לקטגוריות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