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טקסט ומשימות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משחק מטקסט - יוצא דופן, מילים מבולבלות ומיון לקטגוריות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בונים משחק יוצא דופן לפי כלל 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 מילים לקטגוריות ופירוק מילים מבולבלות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ניסוח קצר שמסביר למה מילה היא יוצאת דופן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 על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במכשיר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את הסיבה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לוויתן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באתר כתוב שאפשר לשתף בקישור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הראשונה היא דווקא יוצאת הדופן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שדה לשם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כתוב שהוא לא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הרעיון של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מבולבלות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|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סוג משחק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(למצוא מילה שונה מבין ארבע)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(לסדר אותיות שהתבלבלו)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(לחלק מילים לקבוצות)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(המשחק נשאר אצלך גם בלי חיבור)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(דרך לשלוח את המשחק לחברים)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לבניית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את סוג המשחק הרצוי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לתת שם למשחק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להדביק או לכתוב את המילים לפי הכלל של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ללחוץ על שחקו עכשיו כדי לבדוק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לשמור במכשיר או לשתף בקישור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ארבע מילים מאותה קטגוריה כללית ומילה אחת שונה בבירור, עם הסבר קצר והגיוני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חמש מילים שבאמת שייכות לאותה קטגוריה שבחרו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אותיות אותה מילה בסדר שונה, ופתרון נכון בהמשך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ארבע מילים בכל שורה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מבולבלות - מסדרים אותיות של מילה אחת; מיון - מחלקים מילים רבות לקבוצות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נשמר במכשיר, ואפשר גם לשתף בקישור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לבנות בזוגות שורת יוצא דופן אחת ולהחליף עם זוג אחר לבדיקה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דוגמה אחת מכל סוג משחק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לפעילות הפתוחה אפשר לבחור נושא מהלימודים הנוכחי כדי לחבר לתוכן הנלמד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טקסט ומשימות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משחק מטקסט - יוצא דופן, מילים מבולבלות ומיון לקטגוריות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אפשר להדביק טקסט ומילים ולבנות שלושה סוגי משחקים: יוצא דופן, מילים מבולבלות ומיון לקטגוריות. בדף הזה נתרגל את העקרונות שמאחורי המשחקים לפני שבונים אותם.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 על 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סוגי משחקים אפשר לבנות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נשמרים המשחקים שבונים?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במכשיר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אצל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באימייל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במשחק יוצא דופן, כמה מילים כותבים בכל שורה?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כותבים אחרי הסימן | בשורת יוצא דופן?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נוספת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שם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היא יוצאת הדופן: לוויתן, כלב, חתול, סוס?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חתול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לוויתן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לשתף משחק שבנינו בעזרת קישור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הראשונה בשורה היא תמיד המילה הרגילה, לא היוצאת דופן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להוסיף שם למשחק שבונים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פתיחה הוא חובה בכל 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במילים מבולבלות האותיות מסודרות בסדר לא נכון בכוונה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במשחק יוצא דופן יש בכל שורה __________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המשחק שבו מערבבים אותיות נקרא מילים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בניית המשחק אפשר לשמור אותו או __________ בקישור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הסימן שמפריד בין המילים לבין ההסבר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במשחק מיון מחלקים מילים לפי __________ משותפת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סוג משחק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יוצא דופן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לסדר אותיות שהתבלבלו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מילים מבולבלות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לחלק מילים לקבוצות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מיון לקטגוריות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דרך לשלוח את המשחק לחברים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שמירה במכשיר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למצוא מילה שונה מבין ארבע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קישור לשיתוף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המשחק נשאר אצלך גם בלי חיבור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לבניית 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להדביק או לכתוב את המילים לפי הכלל של המשחק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ללחוץ על שחקו עכשיו כדי לבדוק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שם למשחק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לשמור במכשיר או לשתף בקישור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את סוג המשחק הרצוי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שורה למשחק יוצא דופן בנושא חיות: ארבע מילים ואחרי | הסבר למה אחת שונה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קטגוריה (למשל פירות, ספורט) וכתבו חמש מילים ששייכות אליה למשחק מיון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קחו מילה אחת וכתבו אותה מבולבלת (אותיות בסדר אחר), ואז כתבו את הפתרון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מילים יש בכל שורה במשחק יוצא דופן?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מילים מבולבלות למיון לקטגוריות?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נשמר משחק שבנינו?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בונים משחק מטקסט - יוצא דופן, מילים מבולבלות ומיון לקטגוריות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